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Workshop Planungsvorlage</w:t>
      </w:r>
    </w:p>
    <w:p>
      <w:r>
        <w:t>Erstellen Sie ein Briefing für eine Schulung anhand Ihrer Arbeitsaufgaben. Halten Sie zuerst die Zielgruppe und gewünschte Arbeitsergebnisse fest. Die Vorlage lässt sich intern abstimmen oder an einen Anbieter weitergeben.</w:t>
      </w:r>
    </w:p>
    <w:p>
      <w:r>
        <w:t>AKAION | Fachlich verantwortlich: Ali Akcay | Version 1.0 | 05.10.2026</w:t>
      </w:r>
    </w:p>
    <w:p>
      <w:pPr>
        <w:pStyle w:val="Heading1"/>
      </w:pPr>
      <w:r>
        <w:t>1 Zielgruppe und Ausgangslage</w:t>
      </w:r>
    </w:p>
    <w:p>
      <w:pPr>
        <w:pStyle w:val="Heading2"/>
      </w:pPr>
      <w:r>
        <w:t>Unternehmen und Ansprechpartner</w:t>
      </w:r>
    </w:p>
    <w:p>
      <w:r>
        <w:t>Ihre Angaben: _______________________________________________________</w:t>
      </w:r>
    </w:p>
    <w:p>
      <w:pPr>
        <w:pStyle w:val="Heading2"/>
      </w:pPr>
      <w:r>
        <w:t>Teilnehmerrollen und ungefähre Gruppengröße</w:t>
      </w:r>
    </w:p>
    <w:p>
      <w:r>
        <w:t>Ihre Angaben: _______________________________________________________</w:t>
      </w:r>
    </w:p>
    <w:p>
      <w:pPr>
        <w:pStyle w:val="Heading2"/>
      </w:pPr>
      <w:r>
        <w:t>Vorkenntnisse</w:t>
      </w:r>
    </w:p>
    <w:p>
      <w:r>
        <w:t>Welche KI Werkzeuge wurden bereits verwendet? Was hat gut funktioniert, wo gab es Probleme?</w:t>
      </w:r>
    </w:p>
    <w:p>
      <w:r>
        <w:t>Ihre Angaben: _______________________________________________________</w:t>
      </w:r>
    </w:p>
    <w:p>
      <w:pPr>
        <w:pStyle w:val="Heading2"/>
      </w:pPr>
      <w:r>
        <w:t>Anlass und gewünschte Veränderung</w:t>
      </w:r>
    </w:p>
    <w:p>
      <w:r>
        <w:t>Welche wiederkehrende Arbeitsaufgabe soll nach der Schulung nachvollziehbarer bearbeitet werden?</w:t>
      </w:r>
    </w:p>
    <w:p>
      <w:r>
        <w:t>Ihre Angaben: _______________________________________________________</w:t>
      </w:r>
    </w:p>
    <w:p>
      <w:pPr>
        <w:pStyle w:val="Heading2"/>
      </w:pPr>
      <w:r>
        <w:t>Freigegebene Werkzeuge</w:t>
      </w:r>
    </w:p>
    <w:p>
      <w:r>
        <w:t>Bekannte Zugänge und Einschränkungen nennen. Unbekannte Angaben als offen kennzeichnen.</w:t>
      </w:r>
    </w:p>
    <w:p>
      <w:r>
        <w:t>Ihre Angaben: _______________________________________________________</w:t>
      </w:r>
    </w:p>
    <w:p>
      <w:r>
        <w:t>Für ein erstes Briefing reichen Aufgabenbeschreibungen. Vertrauliche Kundeninformationen gehören nicht in die erste Anfrage.</w:t>
      </w:r>
    </w:p>
    <w:p>
      <w:r>
        <w:br w:type="page"/>
      </w:r>
    </w:p>
    <w:p>
      <w:pPr>
        <w:pStyle w:val="Heading1"/>
      </w:pPr>
      <w:r>
        <w:t>2 Aufgaben und Lernziele</w:t>
      </w:r>
    </w:p>
    <w:p>
      <w:r>
        <w:t>Wählen Sie bis zu drei konkrete Aufgaben. Beschreiben Sie für jede Aufgabe eine Eingabe, ein sichtbares Arbeitsergebnis und die Kriterien für seine Prüfung.</w:t>
      </w:r>
    </w:p>
    <w:p>
      <w:pPr>
        <w:pStyle w:val="Heading2"/>
      </w:pPr>
      <w:r>
        <w:t>Aufgabe 1</w:t>
      </w:r>
    </w:p>
    <w:p>
      <w:r>
        <w:t>Arbeitsaufgabe und typische Eingabe: ___________________________________________________</w:t>
      </w:r>
    </w:p>
    <w:p>
      <w:r>
        <w:t>Lernziel und gewünschtes Ergebnis: ___________________________________________________</w:t>
      </w:r>
    </w:p>
    <w:p>
      <w:r>
        <w:t>Prüfkriterien und fachlicher Prüfer: ___________________________________________________</w:t>
      </w:r>
    </w:p>
    <w:p>
      <w:pPr>
        <w:pStyle w:val="Heading2"/>
      </w:pPr>
      <w:r>
        <w:t>Aufgabe 2</w:t>
      </w:r>
    </w:p>
    <w:p>
      <w:r>
        <w:t>Arbeitsaufgabe und typische Eingabe: ___________________________________________________</w:t>
      </w:r>
    </w:p>
    <w:p>
      <w:r>
        <w:t>Lernziel und gewünschtes Ergebnis: ___________________________________________________</w:t>
      </w:r>
    </w:p>
    <w:p>
      <w:r>
        <w:t>Prüfkriterien und fachlicher Prüfer: ___________________________________________________</w:t>
      </w:r>
    </w:p>
    <w:p>
      <w:pPr>
        <w:pStyle w:val="Heading2"/>
      </w:pPr>
      <w:r>
        <w:t>Aufgabe 3</w:t>
      </w:r>
    </w:p>
    <w:p>
      <w:r>
        <w:t>Arbeitsaufgabe und typische Eingabe: ___________________________________________________</w:t>
      </w:r>
    </w:p>
    <w:p>
      <w:r>
        <w:t>Lernziel und gewünschtes Ergebnis: ___________________________________________________</w:t>
      </w:r>
    </w:p>
    <w:p>
      <w:r>
        <w:t>Prüfkriterien und fachlicher Prüfer: ___________________________________________________</w:t>
      </w:r>
    </w:p>
    <w:p>
      <w:r>
        <w:t>Beispiel für ein Lernziel: Die Teilnehmenden erstellen aus einer fiktiven Anfrage und einer Prozessbeschreibung einen Antwortentwurf und kennzeichnen fehlende Angaben.</w:t>
      </w:r>
    </w:p>
    <w:p>
      <w:r>
        <w:br w:type="page"/>
      </w:r>
    </w:p>
    <w:p>
      <w:pPr>
        <w:pStyle w:val="Heading1"/>
      </w:pPr>
      <w:r>
        <w:t>3 Format und Rahmenbedingungen</w:t>
      </w:r>
    </w:p>
    <w:p>
      <w:r>
        <w:t>Wählen Sie einen Schwerpunkt. Die Auswahl ist eine Planungshilfe. Dauer, Gruppengröße und Leistungen stimmen Sie mit dem Anbieter ab.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fill="30302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Schwerpunkt</w:t>
            </w:r>
          </w:p>
        </w:tc>
        <w:tc>
          <w:tcPr>
            <w:tcW w:type="dxa" w:w="4819"/>
            <w:shd w:fill="30302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Passender Anlass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Grundlagen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Erste Erfahrungen aufbauen und Antworten kritisch prüfen.</w:t>
            </w:r>
          </w:p>
        </w:tc>
      </w:tr>
      <w:t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Führungskräfte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Einsatzfälle, Verantwortlichkeiten und Grenzen einordnen.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Fachteam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Eine ausgewählte Aufgabe mit passenden Eingaben bearbeiten.</w:t>
            </w:r>
          </w:p>
        </w:tc>
      </w:tr>
      <w:t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Use Case Workshop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Einen Ablauf eingrenzen und nächste Schritte begründen.</w:t>
            </w:r>
          </w:p>
        </w:tc>
      </w:tr>
    </w:tbl>
    <w:p>
      <w:pPr>
        <w:pStyle w:val="Heading2"/>
      </w:pPr>
      <w:r>
        <w:t>Gewählter Schwerpunkt und Begründung</w:t>
      </w:r>
    </w:p>
    <w:p>
      <w:r>
        <w:t>Ihre Angaben: _______________________________________________________</w:t>
      </w:r>
    </w:p>
    <w:p>
      <w:pPr>
        <w:pStyle w:val="Heading2"/>
      </w:pPr>
      <w:r>
        <w:t>Online oder vor Ort und gewünschter Zeitraum</w:t>
      </w:r>
    </w:p>
    <w:p>
      <w:r>
        <w:t>Ihre Angaben: _______________________________________________________</w:t>
      </w:r>
    </w:p>
    <w:p>
      <w:pPr>
        <w:pStyle w:val="Heading2"/>
      </w:pPr>
      <w:r>
        <w:t>Benötigte Unterlagen und organisatorische Fragen</w:t>
      </w:r>
    </w:p>
    <w:p>
      <w:r>
        <w:t>Zugänge, Übungsdateien, Barrierefreiheit und zusätzliche Begleitung klären.</w:t>
      </w:r>
    </w:p>
    <w:p>
      <w:r>
        <w:t>Ihre Angaben: _______________________________________________________</w:t>
      </w:r>
    </w:p>
    <w:p>
      <w:pPr>
        <w:pStyle w:val="Heading1"/>
      </w:pPr>
      <w:r>
        <w:t>4 Anwendung nach der Schulung</w:t>
      </w:r>
    </w:p>
    <w:p>
      <w:pPr>
        <w:pStyle w:val="Heading2"/>
      </w:pPr>
      <w:r>
        <w:t>Nächster Einsatz und verantwortliche Person</w:t>
      </w:r>
    </w:p>
    <w:p>
      <w:r>
        <w:t>Ihre Angaben: _______________________________________________________</w:t>
      </w:r>
    </w:p>
    <w:p>
      <w:pPr>
        <w:pStyle w:val="Heading2"/>
      </w:pPr>
      <w:r>
        <w:t>Prüfung des Transfers</w:t>
      </w:r>
    </w:p>
    <w:p>
      <w:r>
        <w:t>Wann wird gemeinsam besprochen, was angewendet wurde und welche Fragen offenbleiben?</w:t>
      </w:r>
    </w:p>
    <w:p>
      <w:r>
        <w:t>Ihre Angaben: _______________________________________________________</w:t>
      </w:r>
    </w:p>
    <w:p>
      <w:r>
        <w:br w:type="page"/>
      </w:r>
    </w:p>
    <w:p>
      <w:pPr>
        <w:pStyle w:val="Heading1"/>
      </w:pPr>
      <w:r>
        <w:t>5 Ausgefülltes Beispiel</w:t>
      </w:r>
    </w:p>
    <w:p>
      <w:r>
        <w:t>Fiktives Briefing für ein Serviceteam. Die Angaben sind erfunden und zeigen kein Kundenprojekt oder gemessenes Schulungsergebnis.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fill="30302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Feld</w:t>
            </w:r>
          </w:p>
        </w:tc>
        <w:tc>
          <w:tcPr>
            <w:tcW w:type="dxa" w:w="4819"/>
            <w:shd w:fill="30302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Beispiel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Zielgruppe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Mitarbeitende im Kundenservice mit unterschiedlicher KI Erfahrung.</w:t>
            </w:r>
          </w:p>
        </w:tc>
      </w:tr>
      <w:t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Anlass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Antwortentwürfe für wiederkehrende Prozessfragen bearbeiten.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Arbeitsaufgabe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Aus einer fiktiven Anfrage und einer freigegebenen Prozessbeschreibung einen Entwurf schreiben.</w:t>
            </w:r>
          </w:p>
        </w:tc>
      </w:tr>
      <w:t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Lernziel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Arbeitsanweisung formulieren und fehlende Angaben kennzeichnen.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Prüfung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Keine unbelegten Zusagen, richtige Prozessangaben und klarer nächster Schritt.</w:t>
            </w:r>
          </w:p>
        </w:tc>
      </w:tr>
      <w:t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Werkzeuge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Freigegebene Zugänge sind vor dem Workshop noch zu klären.</w:t>
            </w:r>
          </w:p>
        </w:tc>
      </w:tr>
      <w:tr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Transfer</w:t>
            </w:r>
          </w:p>
        </w:tc>
        <w:tc>
          <w:tcPr>
            <w:tcW w:type="dxa" w:w="4819"/>
            <w:shd w:fill="F0F2E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Eingabe, Anweisung und Prüfung für eine passende Folgeaufgabe dokumentieren.</w:t>
            </w:r>
          </w:p>
        </w:tc>
      </w:tr>
    </w:tbl>
    <w:p>
      <w:pPr>
        <w:pStyle w:val="Heading1"/>
      </w:pPr>
      <w:r>
        <w:t>6 Fragen für das Anbietergespräch</w:t>
      </w:r>
    </w:p>
    <w:p>
      <w:r>
        <w:t>Welche unserer Aufgaben eignen sich für die Übungen?</w:t>
      </w:r>
    </w:p>
    <w:p>
      <w:r>
        <w:t>Welche Zugänge und Vorbereitung werden benötigt?</w:t>
      </w:r>
    </w:p>
    <w:p>
      <w:r>
        <w:t>Welche Materialien sind im Angebot enthalten?</w:t>
      </w:r>
    </w:p>
    <w:p>
      <w:r>
        <w:t>Wie werden Ergebnisse fachlich geprüft?</w:t>
      </w:r>
    </w:p>
    <w:p>
      <w:r>
        <w:t>Welche Begleitung nach der Schulung ist zusätzlich vereinbar?</w:t>
      </w:r>
    </w:p>
    <w:p>
      <w:r>
        <w:t>Offene Fragen: _____________________________________________________</w:t>
      </w:r>
    </w:p>
    <w:p>
      <w:r>
        <w:t>Ihr Briefing können Sie mit AKAION besprechen: https://akaion.de/erstgespraech. Angebotsinformationen: https://akaion.de/ki-loesungen/ki-schulung-unternehmen.</w:t>
      </w:r>
    </w:p>
    <w:p>
      <w:r>
        <w:t>Diese Vorlage unterstützt die Planung. Sie ersetzt keine Prüfung spezifischer rechtlicher oder organisatorischer Anforderungen.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Workshop Planungsvorlage</dc:title>
  <dc:subject/>
  <dc:creator>AKAION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